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59" w:lineRule="auto"/>
      </w:pPr>
      <w:r>
        <w:rPr>
          <w:rFonts w:ascii="Noto Sans CJK KR" w:hAnsi="Noto Sans CJK KR" w:eastAsia="Noto Sans CJK KR"/>
          <w:b/>
          <w:color w:val="185C50"/>
          <w:sz w:val="20"/>
        </w:rPr>
        <w:t>SENIOR FUTURE  |  호주 시니어 퓨처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/>
          <w:color w:val="153E36"/>
          <w:sz w:val="44"/>
        </w:rPr>
        <w:t>나의 하루 루틴 체크표</w:t>
      </w:r>
    </w:p>
    <w:p>
      <w:pPr>
        <w:spacing w:after="14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오늘의 작은 계획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 w:val="0"/>
          <w:sz w:val="24"/>
        </w:rPr>
        <w:t>전부 체크하지 않아도 괜찮습니다. 나에게 맞는 항목만 골라 사용하세요.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오늘 날짜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날짜·요일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오늘 가장 하고 싶은 일  ＿＿＿＿＿＿＿＿＿＿＿＿＿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나의 루틴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창문을 열거나 편안한 곳에서 하루 시작하기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식사와 물 챙기기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내 몸 상태에 맞는 가벼운 활동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친구·가족·이웃과 연락하기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스마트폰 또는 AI 사용법 한 가지 연습하기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오늘 쓴 돈이나 할 일 확인하기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쉬는 시간 갖기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잠들기 전 내일 필요한 것 준비하기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내가 추가할 루틴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내 루틴 1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내 루틴 2  ＿＿＿＿＿＿＿＿＿＿＿＿＿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오늘 할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shd w:fill="EFF5F1"/>
          </w:tcPr>
          <w:p>
            <w:r>
              <w:rPr>
                <w:rFonts w:ascii="Noto Sans CJK KR" w:hAnsi="Noto Sans CJK KR" w:eastAsia="Noto Sans CJK KR"/>
                <w:b/>
                <w:color w:val="185C50"/>
                <w:sz w:val="24"/>
              </w:rPr>
              <w:t>할 일</w:t>
            </w:r>
          </w:p>
        </w:tc>
        <w:tc>
          <w:tcPr>
            <w:tcW w:type="dxa" w:w="3364"/>
            <w:shd w:fill="EFF5F1"/>
          </w:tcPr>
          <w:p>
            <w:r>
              <w:rPr>
                <w:rFonts w:ascii="Noto Sans CJK KR" w:hAnsi="Noto Sans CJK KR" w:eastAsia="Noto Sans CJK KR"/>
                <w:b/>
                <w:color w:val="185C50"/>
                <w:sz w:val="24"/>
              </w:rPr>
              <w:t>시간·기한</w:t>
            </w:r>
          </w:p>
        </w:tc>
        <w:tc>
          <w:tcPr>
            <w:tcW w:type="dxa" w:w="3364"/>
            <w:shd w:fill="EFF5F1"/>
          </w:tcPr>
          <w:p>
            <w:r>
              <w:rPr>
                <w:rFonts w:ascii="Noto Sans CJK KR" w:hAnsi="Noto Sans CJK KR" w:eastAsia="Noto Sans CJK KR"/>
                <w:b/>
                <w:color w:val="185C50"/>
                <w:sz w:val="24"/>
              </w:rPr>
              <w:t>완료</w:t>
            </w:r>
          </w:p>
        </w:tc>
      </w:tr>
      <w:tr>
        <w:trPr>
          <w:trHeight w:val="454"/>
        </w:trPr>
        <w:tc>
          <w:tcPr>
            <w:tcW w:type="dxa" w:w="3364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3364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3364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3364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3364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3364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3364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3364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3364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</w:tbl>
    <w:p>
      <w:pPr>
        <w:pageBreakBefore/>
        <w:spacing w:after="40" w:line="259" w:lineRule="auto"/>
      </w:pPr>
      <w:r>
        <w:rPr>
          <w:rFonts w:ascii="Noto Sans CJK KR" w:hAnsi="Noto Sans CJK KR" w:eastAsia="Noto Sans CJK KR"/>
          <w:b/>
          <w:color w:val="185C50"/>
          <w:sz w:val="20"/>
        </w:rPr>
        <w:t>SENIOR FUTURE  |  호주 시니어 퓨처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/>
          <w:color w:val="153E36"/>
          <w:sz w:val="44"/>
        </w:rPr>
        <w:t>나의 하루 루틴 체크표</w:t>
      </w:r>
    </w:p>
    <w:p>
      <w:pPr>
        <w:spacing w:after="14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오늘을 돌아보는 한 장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 w:val="0"/>
          <w:sz w:val="24"/>
        </w:rPr>
        <w:t>기분과 기억하고 싶은 일을 짧게 적고, 내일 할 수 있는 작은 일 하나를 골라보세요.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오늘 기록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오늘 기분 (글이나 그림으로)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기억하고 싶은 일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고마웠던 사람·일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도움이 필요했던 일  ＿＿＿＿＿＿＿＿＿＿＿＿＿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내일 준비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내일 할 작은 일 하나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연락하거나 만날 사람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예약·준비물 확인  ＿＿＿＿＿＿＿＿＿＿＿＿＿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자유 메모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fill="EFF5F1"/>
          </w:tcPr>
          <w:p>
            <w:r>
              <w:rPr>
                <w:rFonts w:ascii="Noto Sans CJK KR" w:hAnsi="Noto Sans CJK KR" w:eastAsia="Noto Sans CJK KR"/>
                <w:b/>
                <w:color w:val="185C50"/>
                <w:sz w:val="24"/>
              </w:rPr>
              <w:t>짧은 일기·메모</w:t>
            </w:r>
          </w:p>
        </w:tc>
      </w:tr>
      <w:tr>
        <w:trPr>
          <w:trHeight w:val="454"/>
        </w:trPr>
        <w:tc>
          <w:tcPr>
            <w:tcW w:type="dxa" w:w="10092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10092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10092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10092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10092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</w:tbl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0"/>
        </w:rPr>
        <w:t>작성한 자료는 본인이 안전하게 보관하세요. 비밀번호, 인증번호, 카드번호, 신분증 번호는 적지 마세요.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19"/>
        </w:rPr>
        <w:t>호주 시니어 퓨처의 생활 기록 양식입니다. 제도·의료·재무 자문을 제공하는 자료가 아닙니다.</w:t>
      </w:r>
    </w:p>
    <w:sectPr w:rsidR="00FC693F" w:rsidRPr="0006063C" w:rsidSect="00034616">
      <w:footerReference w:type="default" r:id="rId9"/>
      <w:pgSz w:w="11906" w:h="16838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Noto Sans CJK KR" w:hAnsi="Noto Sans CJK KR" w:eastAsia="Noto Sans CJK KR"/>
        <w:b w:val="0"/>
        <w:sz w:val="18"/>
      </w:rPr>
      <w:t xml:space="preserve">호주 시니어 퓨처 · 개인 준비·기록용 · 확인일 2026-10-10 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Noto Sans CJK KR" w:hAnsi="Noto Sans CJK KR" w:eastAsia="Noto Sans CJK KR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나의 하루 루틴 체크표</dc:title>
  <dc:subject>한국어 시니어용 준비·기록 양식</dc:subject>
  <dc:creator>호주 시니어 퓨처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