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NDIS 정보 세션 질문 준비지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 상황에 맞는 질문 고르기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신규 NDIS 신청은 신청일에 65세 미만이어야 합니다. 이미 참여 중인 경우와 신규 신청은 상황이 다르므로 공식 기관에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신규 신청을 알아보는 경우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나의 연령·거주·장애 또는 조기개입 요건을 어디에서 확인하나요?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지역 NDIS 파트너와 한국어 통역을 어떻게 찾나요?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신청에 필요한 근거자료를 담당 의료전문가와 어떻게 준비하나요?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일상생활의 어려움을 어떤 방식으로 설명하고 기록하면 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신청 제출 방법과 접수 확인·결정 문의 방법은 무엇인가요?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NDIS 대상이 아니라면 다른 지역·주류 서비스는 어디로 문의하나요?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기존 참여자 또는 가족인 경우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계획에서 이용할 수 있는 지원과 예산을 누구에게 확인하나요?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서비스 계약의 비용·취소 조건·담당자 연락처를 설명해 주세요.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필요가 바뀌면 계획 재검토나 변경을 어떻게 문의하나요?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65세 이후 선택지나 노인돌봄으로 옮기는 영향을 어디에서 확인하나요?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공식 확인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정보 세션은 일반 안내입니다. 가입 자격, 지원 항목과 개인 계획은 NDIA·NDIS 파트너에 확인하세요. 공식 문의: 1800 800 110.</w:t>
      </w:r>
    </w:p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NDIS 정보 세션 질문 준비지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질문과 다음 행동 기록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본인의 단계에 맞는 질문을 골라 적으세요. 이 자료는 공식 신청서나 개인별 자격 판정이 아닙니다.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 상황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해당되는 곳에 표시: □ 신규 신청 알아보기   □ 기존 참여자   □ 가족·지원인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내가 설명하고 싶은 일상생활의 어려움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가장 먼저 알고 싶은 점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세션 또는 기관 문의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내 질문</w:t>
            </w:r>
          </w:p>
        </w:tc>
        <w:tc>
          <w:tcPr>
            <w:tcW w:type="dxa" w:w="5046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답변·추가 확인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단계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공식 기관·담당자와 문의 날짜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준비할 자료 (민감한 번호는 제외)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다음에 할 일·날짜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퓨처가 만든 개인 준비·기록용 자료입니다. 정부 공식 신청서가 아닙니다. 자격·비용·절차는 해당 기관에 확인하세요.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NDIS · 연령 요건: https://www.ndis.gov.au/applying/eligibility-requirements/what-are-age-requirements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NDIS · 신청 절차: https://www.ndis.gov.au/applying/application-process/how-apply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정보 세션 질문 준비지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