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스마트폰 사기 예방 체크리스트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멈추고, 따로 확인하고, 도움 요청하기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급한 연락일수록 잠시 멈추세요. 아래 항목을 확인한 뒤 결정하세요.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연락을 받았을 때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문자 속 링크를 누르거나 첨부파일을 열기 전에 발신자를 확인합니다.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상대가 알려준 번호 대신, 카드 뒷면이나 공식 홈페이지 번호로 확인합니다.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비밀번호·일회용 인증번호를 알려 달라는 요청에 응하지 않습니다.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낯선 사람이 시키는 원격제어 앱 설치나 화면 공유를 멈춥니다.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가족을 사칭하면 평소 알고 있던 번호로 다시 연락합니다.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송금·가상자산·기프트카드 결제를 재촉하면 신뢰하는 사람과 상의합니다.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이미 돈이나 정보를 보냈다면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1. 추가 송금을 멈추고 은행·카드사에 즉시 연락해 거래 중단 가능 여부를 문의합니다.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2. 신분정보 피해가 걱정되면 IDCARE에 도움을 요청합니다: 1800 595 160.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3. 개인정보를 보호한 뒤 Scamwatch 공식 사이트에서 신고 경로를 확인합니다.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4. 돈을 되찾아 주겠다며 먼저 돈을 요구하는 연락도 조심합니다.</w:t>
      </w:r>
    </w:p>
    <w:p>
      <w:pPr>
        <w:pageBreakBefore/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스마트폰 사기 예방 체크리스트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나의 확인 기록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잘 모르겠다면 혼자 결정하지 말고, 신뢰하는 사람이나 해당 기관에 확인하세요.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의심스러운 연락 메모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날짜·시간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연락 수단 (전화 / 문자 / 이메일 / 기타)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상대가 요구한 일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내가 이미 한 일 (민감한 번호는 제외)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확인할 일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공식 연락처를 직접 찾아 확인했습니다.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은행·카드사에 문의가 필요한지 확인했습니다.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신뢰하는 사람에게 상황을 설명했습니다.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링크·전화번호·메시지는 필요 시 기관에 보여 줄 수 있도록 보관했습니다.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다음 행동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연락할 기관·사람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내가 할 일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확인 결과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0"/>
        </w:rPr>
        <w:t>작성한 자료는 본인이 안전하게 보관하세요. 비밀번호, 인증번호, 카드번호, 신분증 번호는 적지 마세요.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19"/>
        </w:rPr>
        <w:t>호주 시니어 퓨처가 만든 개인 준비·기록용 자료입니다. 정부 공식 신청서가 아닙니다. 자격·비용·절차는 해당 기관에 확인하세요.</w:t>
      </w:r>
    </w:p>
    <w:p>
      <w:pPr>
        <w:spacing w:after="40" w:line="259" w:lineRule="auto"/>
      </w:pPr>
      <w:r>
        <w:rPr>
          <w:rFonts w:ascii="Noto Sans CJK KR" w:hAnsi="Noto Sans CJK KR" w:eastAsia="Noto Sans CJK KR"/>
          <w:b w:val="0"/>
          <w:sz w:val="17"/>
        </w:rPr>
        <w:t>Scamwatch · 피해가 의심될 때: https://www.scamwatch.gov.au/stop-check-protect/what-to-do-if-youve-been-scammed</w:t>
      </w:r>
    </w:p>
    <w:p>
      <w:pPr>
        <w:spacing w:after="40" w:line="259" w:lineRule="auto"/>
      </w:pPr>
      <w:r>
        <w:rPr>
          <w:rFonts w:ascii="Noto Sans CJK KR" w:hAnsi="Noto Sans CJK KR" w:eastAsia="Noto Sans CJK KR"/>
          <w:b w:val="0"/>
          <w:sz w:val="17"/>
        </w:rPr>
        <w:t>Be Connected · 디지털 학습: https://beconnected.esafety.gov.au/</w:t>
      </w:r>
    </w:p>
    <w:sectPr w:rsidR="00FC693F" w:rsidRPr="0006063C" w:rsidSect="00034616">
      <w:footerReference w:type="default" r:id="rId9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개인 준비·기록용 · 확인일 2026-10-10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스마트폰 사기 예방 체크리스트</dc:title>
  <dc:subject>한국어 시니어용 준비·기록 양식</dc:subject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