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53E36"/>
          <w:sz w:val="44"/>
        </w:rPr>
        <w:t>병원·기관 방문 준비표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방문 전, 한 장으로 준비하기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 w:val="0"/>
          <w:sz w:val="24"/>
        </w:rPr>
        <w:t>진료나 기관 상담 전에 중요한 질문 세 가지를 정하고 필요한 준비물을 확인하세요.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방문 정보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기관·담당자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방문 날짜·시간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장소 또는 온라인 접속 방법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한국어 통역 요청 여부·확인 결과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준비물 확인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예약 확인 문자나 이메일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기관에서 요청한 서류·의뢰서·카드 (필요한 것만)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복용 중인 약 목록 (병원 방문 시)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안경·보청기 등 의사소통에 필요한 물품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함께 갈 사람과 이동·접속 방법 확인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먼저 물어볼 질문 세 가지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1. 가장 궁금한 점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2. 두 번째 질문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3. 세 번째 질문  ＿＿＿＿＿＿＿＿＿＿＿＿＿</w:t>
      </w:r>
    </w:p>
    <w:p>
      <w:pPr>
        <w:pageBreakBefore/>
        <w:spacing w:after="4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53E36"/>
          <w:sz w:val="44"/>
        </w:rPr>
        <w:t>병원·기관 방문 준비표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방문 후, 기억할 일 적기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 w:val="0"/>
          <w:sz w:val="24"/>
        </w:rPr>
        <w:t>설명이 어렵다면 천천히 다시 설명해 달라고 요청하세요. 의료 결정은 담당 의료진과 상의하세요.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답변과 안내 기록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핵심 안내 1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핵심 안내 2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아직 이해하지 못한 부분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담당자에게 확인하기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다음 단계와 날짜를 확인했습니다.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비용·준비물·연락 방법을 확인했습니다.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가능하면 쉬운 설명이나 서면 안내를 요청했습니다.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다음 일정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해야 할 일</w:t>
            </w:r>
          </w:p>
        </w:tc>
        <w:tc>
          <w:tcPr>
            <w:tcW w:type="dxa" w:w="3364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언제까지</w:t>
            </w:r>
          </w:p>
        </w:tc>
        <w:tc>
          <w:tcPr>
            <w:tcW w:type="dxa" w:w="3364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확인</w:t>
            </w:r>
          </w:p>
        </w:tc>
      </w:tr>
      <w:tr>
        <w:trPr>
          <w:trHeight w:val="454"/>
        </w:trPr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</w:tbl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다음 연락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기관의 공식 연락처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다음 예약 날짜·시간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0"/>
        </w:rPr>
        <w:t>작성한 자료는 본인이 안전하게 보관하세요. 비밀번호, 인증번호, 카드번호, 신분증 번호는 적지 마세요.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19"/>
        </w:rPr>
        <w:t>호주 시니어 퓨처가 만든 개인 준비·기록용 자료입니다. 정부 공식 신청서가 아닙니다. 자격·비용·절차는 해당 기관에 확인하세요.</w:t>
      </w:r>
    </w:p>
    <w:p>
      <w:pPr>
        <w:spacing w:after="40" w:line="259" w:lineRule="auto"/>
      </w:pPr>
      <w:r>
        <w:rPr>
          <w:rFonts w:ascii="Noto Sans CJK KR" w:hAnsi="Noto Sans CJK KR" w:eastAsia="Noto Sans CJK KR"/>
          <w:b w:val="0"/>
          <w:sz w:val="17"/>
        </w:rPr>
        <w:t>healthdirect · 진료 질문 준비: https://www.healthdirect.gov.au/question-builder</w:t>
      </w:r>
    </w:p>
    <w:sectPr w:rsidR="00FC693F" w:rsidRPr="0006063C" w:rsidSect="00034616">
      <w:footerReference w:type="default" r:id="rId9"/>
      <w:pgSz w:w="11906" w:h="16838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Noto Sans CJK KR" w:hAnsi="Noto Sans CJK KR" w:eastAsia="Noto Sans CJK KR"/>
        <w:b w:val="0"/>
        <w:sz w:val="18"/>
      </w:rPr>
      <w:t xml:space="preserve">호주 시니어 퓨처 · 개인 준비·기록용 · 확인일 2026-10-10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Noto Sans CJK KR" w:hAnsi="Noto Sans CJK KR" w:eastAsia="Noto Sans CJK KR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병원·기관 방문 준비표</dc:title>
  <dc:subject>한국어 시니어용 준비·기록 양식</dc:subject>
  <dc:creator>호주 시니어 퓨처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